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8E6009" w14:textId="77777777" w:rsidR="00BC4B92" w:rsidRPr="00BC4B92" w:rsidRDefault="00BC4B92">
      <w:pPr>
        <w:jc w:val="center"/>
        <w:rPr>
          <w:b/>
          <w:sz w:val="32"/>
          <w:szCs w:val="28"/>
        </w:rPr>
      </w:pPr>
    </w:p>
    <w:p w14:paraId="6E0595DB" w14:textId="671CD462" w:rsidR="00BC4B92" w:rsidRDefault="00000000">
      <w:pPr>
        <w:jc w:val="center"/>
        <w:rPr>
          <w:b/>
          <w:sz w:val="32"/>
          <w:szCs w:val="28"/>
        </w:rPr>
      </w:pPr>
      <w:r w:rsidRPr="00BC4B92">
        <w:rPr>
          <w:b/>
          <w:sz w:val="32"/>
          <w:szCs w:val="28"/>
        </w:rPr>
        <w:t>INFORME FINAL</w:t>
      </w:r>
    </w:p>
    <w:p w14:paraId="26882853" w14:textId="77777777" w:rsidR="00BC4B92" w:rsidRPr="00BC4B92" w:rsidRDefault="00BC4B92" w:rsidP="00BC4B92">
      <w:pPr>
        <w:jc w:val="center"/>
        <w:rPr>
          <w:b/>
          <w:sz w:val="32"/>
          <w:szCs w:val="28"/>
        </w:rPr>
      </w:pPr>
      <w:r w:rsidRPr="00BC4B92">
        <w:rPr>
          <w:b/>
          <w:sz w:val="32"/>
          <w:szCs w:val="28"/>
        </w:rPr>
        <w:t>PROGRAMA DE PROMOCIÓN DE LA CIENCIA EN EL EXTERIOR</w:t>
      </w:r>
    </w:p>
    <w:p w14:paraId="78D988D6" w14:textId="77777777" w:rsidR="00BC4B92" w:rsidRPr="00BC4B92" w:rsidRDefault="00BC4B92">
      <w:pPr>
        <w:jc w:val="center"/>
        <w:rPr>
          <w:b/>
          <w:sz w:val="32"/>
          <w:szCs w:val="28"/>
        </w:rPr>
      </w:pPr>
    </w:p>
    <w:p w14:paraId="71986A2A" w14:textId="658F2B9D" w:rsidR="00BC4B92" w:rsidRPr="008215C4" w:rsidRDefault="00BC4B92" w:rsidP="00BC4B92">
      <w:pPr>
        <w:jc w:val="both"/>
        <w:rPr>
          <w:sz w:val="28"/>
          <w:szCs w:val="28"/>
        </w:rPr>
      </w:pPr>
      <w:r w:rsidRPr="008215C4">
        <w:rPr>
          <w:b/>
          <w:bCs/>
          <w:sz w:val="28"/>
          <w:szCs w:val="28"/>
        </w:rPr>
        <w:t xml:space="preserve">Te recordamos que este modelo de informe final debe ser cargado en formato PDF a TAD: </w:t>
      </w:r>
      <w:hyperlink r:id="rId8" w:history="1">
        <w:r w:rsidRPr="008215C4">
          <w:rPr>
            <w:rStyle w:val="Hipervnculo"/>
            <w:b/>
            <w:bCs/>
            <w:sz w:val="28"/>
            <w:szCs w:val="28"/>
          </w:rPr>
          <w:t>ENLACE GUÍA TAD</w:t>
        </w:r>
      </w:hyperlink>
      <w:r w:rsidRPr="008215C4">
        <w:rPr>
          <w:sz w:val="28"/>
          <w:szCs w:val="28"/>
        </w:rPr>
        <w:t xml:space="preserve"> </w:t>
      </w:r>
    </w:p>
    <w:p w14:paraId="19C0D646" w14:textId="77777777" w:rsidR="00B22CF2" w:rsidRPr="00BC4B92" w:rsidRDefault="00000000">
      <w:pPr>
        <w:pStyle w:val="Ttulo2"/>
        <w:rPr>
          <w:sz w:val="32"/>
          <w:szCs w:val="32"/>
        </w:rPr>
      </w:pPr>
      <w:r w:rsidRPr="00BC4B92">
        <w:rPr>
          <w:sz w:val="32"/>
          <w:szCs w:val="32"/>
        </w:rPr>
        <w:t>Datos del/a Investigador/a Beneficiario/a:</w:t>
      </w:r>
    </w:p>
    <w:p w14:paraId="15E8E9BD" w14:textId="3A242DA4" w:rsidR="00B22CF2" w:rsidRPr="00BC4B92" w:rsidRDefault="00000000">
      <w:pPr>
        <w:rPr>
          <w:sz w:val="24"/>
          <w:szCs w:val="24"/>
        </w:rPr>
      </w:pPr>
      <w:r w:rsidRPr="00BC4B92">
        <w:t xml:space="preserve">• </w:t>
      </w:r>
      <w:r w:rsidRPr="00BC4B92">
        <w:rPr>
          <w:b/>
          <w:bCs/>
          <w:sz w:val="24"/>
          <w:szCs w:val="24"/>
        </w:rPr>
        <w:t xml:space="preserve">Apellido y Nombre: </w:t>
      </w:r>
      <w:r w:rsidRPr="00BC4B92">
        <w:rPr>
          <w:b/>
          <w:bCs/>
          <w:sz w:val="24"/>
          <w:szCs w:val="24"/>
        </w:rPr>
        <w:br/>
        <w:t>• Unidad Académica / Facultad</w:t>
      </w:r>
      <w:r w:rsidR="00BC4B92" w:rsidRPr="00BC4B92">
        <w:rPr>
          <w:b/>
          <w:bCs/>
          <w:sz w:val="24"/>
          <w:szCs w:val="24"/>
        </w:rPr>
        <w:t xml:space="preserve"> donde se enmarca el proyecto por el cual solicitó la misión</w:t>
      </w:r>
      <w:r w:rsidRPr="00BC4B92">
        <w:rPr>
          <w:b/>
          <w:bCs/>
          <w:sz w:val="24"/>
          <w:szCs w:val="24"/>
        </w:rPr>
        <w:t xml:space="preserve">: </w:t>
      </w:r>
      <w:r w:rsidRPr="00BC4B92">
        <w:rPr>
          <w:b/>
          <w:bCs/>
          <w:sz w:val="24"/>
          <w:szCs w:val="24"/>
        </w:rPr>
        <w:br/>
        <w:t>• Tipo de Misión realizada (Marcar con X):</w:t>
      </w:r>
      <w:r w:rsidRPr="00BC4B92">
        <w:rPr>
          <w:sz w:val="24"/>
          <w:szCs w:val="24"/>
        </w:rPr>
        <w:t xml:space="preserve"> </w:t>
      </w:r>
      <w:r w:rsidRPr="00BC4B92">
        <w:rPr>
          <w:sz w:val="24"/>
          <w:szCs w:val="24"/>
        </w:rPr>
        <w:br/>
        <w:t xml:space="preserve">  [  ] Misión 1: Estancia de investigación en centros de excelencia o laboratorios de referencia.</w:t>
      </w:r>
      <w:r w:rsidRPr="00BC4B92">
        <w:rPr>
          <w:sz w:val="24"/>
          <w:szCs w:val="24"/>
        </w:rPr>
        <w:br/>
        <w:t xml:space="preserve">  [  ] Misión 2: Participación en reuniones científicas de alto impacto internacional.</w:t>
      </w:r>
      <w:r w:rsidRPr="00BC4B92">
        <w:rPr>
          <w:sz w:val="24"/>
          <w:szCs w:val="24"/>
        </w:rPr>
        <w:br/>
        <w:t xml:space="preserve">  [  ] Misión 3: Realización de pasantías o asistencia a cursos en centros de referencia.</w:t>
      </w:r>
      <w:r w:rsidRPr="00BC4B92">
        <w:rPr>
          <w:sz w:val="24"/>
          <w:szCs w:val="24"/>
        </w:rPr>
        <w:br/>
      </w:r>
      <w:r w:rsidRPr="00BC4B92">
        <w:rPr>
          <w:b/>
          <w:bCs/>
          <w:sz w:val="24"/>
          <w:szCs w:val="24"/>
        </w:rPr>
        <w:t>• Institución de destino y país:</w:t>
      </w:r>
      <w:r w:rsidRPr="00BC4B92">
        <w:rPr>
          <w:sz w:val="24"/>
          <w:szCs w:val="24"/>
        </w:rPr>
        <w:t xml:space="preserve"> </w:t>
      </w:r>
      <w:r w:rsidRPr="00BC4B92">
        <w:rPr>
          <w:sz w:val="24"/>
          <w:szCs w:val="24"/>
        </w:rPr>
        <w:br/>
      </w:r>
      <w:r w:rsidRPr="00BC4B92">
        <w:rPr>
          <w:b/>
          <w:bCs/>
          <w:sz w:val="24"/>
          <w:szCs w:val="24"/>
        </w:rPr>
        <w:t>• Período de realización de la misión</w:t>
      </w:r>
      <w:r w:rsidR="00BC4B92" w:rsidRPr="00BC4B92">
        <w:rPr>
          <w:b/>
          <w:bCs/>
          <w:sz w:val="24"/>
          <w:szCs w:val="24"/>
        </w:rPr>
        <w:t xml:space="preserve"> (indicar de la siguiente manera X semestre – X año) </w:t>
      </w:r>
      <w:r w:rsidRPr="00BC4B92">
        <w:rPr>
          <w:sz w:val="24"/>
          <w:szCs w:val="24"/>
        </w:rPr>
        <w:t xml:space="preserve">: </w:t>
      </w:r>
    </w:p>
    <w:p w14:paraId="235BB4E1" w14:textId="77777777" w:rsidR="00B22CF2" w:rsidRPr="00BC4B92" w:rsidRDefault="00000000">
      <w:pPr>
        <w:pStyle w:val="Ttulo2"/>
        <w:rPr>
          <w:sz w:val="32"/>
          <w:szCs w:val="32"/>
        </w:rPr>
      </w:pPr>
      <w:r w:rsidRPr="00BC4B92">
        <w:rPr>
          <w:sz w:val="32"/>
          <w:szCs w:val="32"/>
        </w:rPr>
        <w:t>Desarrollo del Informe</w:t>
      </w:r>
    </w:p>
    <w:p w14:paraId="1036DE94" w14:textId="77777777" w:rsidR="00B22CF2" w:rsidRPr="00BC4B92" w:rsidRDefault="00000000" w:rsidP="00BC4B92">
      <w:pPr>
        <w:jc w:val="both"/>
        <w:rPr>
          <w:sz w:val="24"/>
          <w:szCs w:val="24"/>
        </w:rPr>
      </w:pPr>
      <w:r w:rsidRPr="00BC4B92">
        <w:rPr>
          <w:sz w:val="24"/>
          <w:szCs w:val="24"/>
        </w:rPr>
        <w:t>1. Breve descripción de los objetivos y actividades desarrolladas durante la misión:</w:t>
      </w:r>
    </w:p>
    <w:p w14:paraId="24058824" w14:textId="77777777" w:rsidR="00B22CF2" w:rsidRPr="00BC4B92" w:rsidRDefault="00000000" w:rsidP="00BC4B92">
      <w:pPr>
        <w:jc w:val="both"/>
        <w:rPr>
          <w:sz w:val="24"/>
          <w:szCs w:val="24"/>
        </w:rPr>
      </w:pPr>
      <w:r w:rsidRPr="00BC4B92">
        <w:rPr>
          <w:sz w:val="24"/>
          <w:szCs w:val="24"/>
        </w:rPr>
        <w:t>- [Completar aquí]</w:t>
      </w:r>
    </w:p>
    <w:p w14:paraId="0344A5A6" w14:textId="77777777" w:rsidR="00B22CF2" w:rsidRPr="00BC4B92" w:rsidRDefault="00000000" w:rsidP="00BC4B92">
      <w:pPr>
        <w:jc w:val="both"/>
        <w:rPr>
          <w:sz w:val="24"/>
          <w:szCs w:val="24"/>
        </w:rPr>
      </w:pPr>
      <w:r w:rsidRPr="00BC4B92">
        <w:rPr>
          <w:sz w:val="24"/>
          <w:szCs w:val="24"/>
        </w:rPr>
        <w:t>2. Descripción general de las dificultades surgidas en la implementación de la misión:</w:t>
      </w:r>
    </w:p>
    <w:p w14:paraId="7B93793D" w14:textId="77777777" w:rsidR="00B22CF2" w:rsidRPr="00BC4B92" w:rsidRDefault="00000000" w:rsidP="00BC4B92">
      <w:pPr>
        <w:jc w:val="both"/>
        <w:rPr>
          <w:sz w:val="24"/>
          <w:szCs w:val="24"/>
        </w:rPr>
      </w:pPr>
      <w:r w:rsidRPr="00BC4B92">
        <w:rPr>
          <w:sz w:val="24"/>
          <w:szCs w:val="24"/>
        </w:rPr>
        <w:t>- [Completar aquí]</w:t>
      </w:r>
    </w:p>
    <w:p w14:paraId="639F123F" w14:textId="77777777" w:rsidR="00B22CF2" w:rsidRPr="00BC4B92" w:rsidRDefault="00000000" w:rsidP="00BC4B92">
      <w:pPr>
        <w:jc w:val="both"/>
        <w:rPr>
          <w:sz w:val="24"/>
          <w:szCs w:val="24"/>
        </w:rPr>
      </w:pPr>
      <w:r w:rsidRPr="00BC4B92">
        <w:rPr>
          <w:sz w:val="24"/>
          <w:szCs w:val="24"/>
        </w:rPr>
        <w:t>3. Resultados favorables obtenidos y contribución al desarrollo de la línea de investigación:</w:t>
      </w:r>
    </w:p>
    <w:p w14:paraId="688BD9D2" w14:textId="77777777" w:rsidR="00B22CF2" w:rsidRPr="00BC4B92" w:rsidRDefault="00000000" w:rsidP="00BC4B92">
      <w:pPr>
        <w:jc w:val="both"/>
        <w:rPr>
          <w:sz w:val="24"/>
          <w:szCs w:val="24"/>
        </w:rPr>
      </w:pPr>
      <w:r w:rsidRPr="00BC4B92">
        <w:rPr>
          <w:sz w:val="24"/>
          <w:szCs w:val="24"/>
        </w:rPr>
        <w:t>- [Completar aquí]</w:t>
      </w:r>
    </w:p>
    <w:p w14:paraId="58302C72" w14:textId="77777777" w:rsidR="00B22CF2" w:rsidRPr="00BC4B92" w:rsidRDefault="00000000" w:rsidP="00BC4B92">
      <w:pPr>
        <w:jc w:val="both"/>
        <w:rPr>
          <w:sz w:val="24"/>
          <w:szCs w:val="24"/>
        </w:rPr>
      </w:pPr>
      <w:r w:rsidRPr="00BC4B92">
        <w:rPr>
          <w:sz w:val="24"/>
          <w:szCs w:val="24"/>
        </w:rPr>
        <w:lastRenderedPageBreak/>
        <w:t>4. Impacto institucional, vinculación internacional y transferencia de conocimientos:</w:t>
      </w:r>
    </w:p>
    <w:p w14:paraId="4B26057A" w14:textId="77777777" w:rsidR="00B22CF2" w:rsidRPr="00BC4B92" w:rsidRDefault="00000000" w:rsidP="00BC4B92">
      <w:pPr>
        <w:jc w:val="both"/>
        <w:rPr>
          <w:sz w:val="24"/>
          <w:szCs w:val="24"/>
        </w:rPr>
      </w:pPr>
      <w:r w:rsidRPr="00BC4B92">
        <w:rPr>
          <w:sz w:val="24"/>
          <w:szCs w:val="24"/>
        </w:rPr>
        <w:t>- [Completar aquí]</w:t>
      </w:r>
    </w:p>
    <w:p w14:paraId="0CAD0106" w14:textId="77777777" w:rsidR="00B22CF2" w:rsidRPr="00BC4B92" w:rsidRDefault="00000000" w:rsidP="00BC4B92">
      <w:pPr>
        <w:jc w:val="both"/>
        <w:rPr>
          <w:sz w:val="24"/>
          <w:szCs w:val="24"/>
        </w:rPr>
      </w:pPr>
      <w:r w:rsidRPr="00BC4B92">
        <w:rPr>
          <w:sz w:val="24"/>
          <w:szCs w:val="24"/>
        </w:rPr>
        <w:t>5. Referencias bibliográficas o publicaciones derivadas de la actividad (de existir):</w:t>
      </w:r>
    </w:p>
    <w:p w14:paraId="640D05A4" w14:textId="77777777" w:rsidR="00B22CF2" w:rsidRPr="00BC4B92" w:rsidRDefault="00000000" w:rsidP="00BC4B92">
      <w:pPr>
        <w:jc w:val="both"/>
        <w:rPr>
          <w:sz w:val="24"/>
          <w:szCs w:val="24"/>
        </w:rPr>
      </w:pPr>
      <w:r w:rsidRPr="00BC4B92">
        <w:rPr>
          <w:sz w:val="24"/>
          <w:szCs w:val="24"/>
        </w:rPr>
        <w:t>- [Completar aquí]</w:t>
      </w:r>
    </w:p>
    <w:p w14:paraId="629E42D6" w14:textId="77777777" w:rsidR="00B22CF2" w:rsidRPr="00BC4B92" w:rsidRDefault="00000000" w:rsidP="00BC4B92">
      <w:pPr>
        <w:jc w:val="both"/>
        <w:rPr>
          <w:sz w:val="24"/>
          <w:szCs w:val="24"/>
        </w:rPr>
      </w:pPr>
      <w:r w:rsidRPr="00BC4B92">
        <w:rPr>
          <w:sz w:val="24"/>
          <w:szCs w:val="24"/>
        </w:rPr>
        <w:t>6. Enlaces de divulgación / comunicación científica o material fotográfico adjunto:</w:t>
      </w:r>
    </w:p>
    <w:p w14:paraId="6C76F8E9" w14:textId="77777777" w:rsidR="00B22CF2" w:rsidRPr="00BC4B92" w:rsidRDefault="00000000" w:rsidP="00BC4B92">
      <w:pPr>
        <w:jc w:val="both"/>
        <w:rPr>
          <w:sz w:val="24"/>
          <w:szCs w:val="24"/>
        </w:rPr>
      </w:pPr>
      <w:r w:rsidRPr="00BC4B92">
        <w:rPr>
          <w:sz w:val="24"/>
          <w:szCs w:val="24"/>
        </w:rPr>
        <w:t>- [Completar aquí]</w:t>
      </w:r>
    </w:p>
    <w:p w14:paraId="6D82A36E" w14:textId="77777777" w:rsidR="00BC4B92" w:rsidRPr="008215C4" w:rsidRDefault="00000000" w:rsidP="00BC4B92">
      <w:pPr>
        <w:jc w:val="center"/>
        <w:rPr>
          <w:b/>
          <w:bCs/>
        </w:rPr>
      </w:pPr>
      <w:r w:rsidRPr="008215C4">
        <w:rPr>
          <w:b/>
          <w:bCs/>
        </w:rPr>
        <w:br/>
      </w:r>
      <w:r w:rsidR="00BC4B92" w:rsidRPr="008215C4">
        <w:rPr>
          <w:b/>
          <w:bCs/>
        </w:rPr>
        <w:br/>
        <w:t>___________________________________</w:t>
      </w:r>
      <w:r w:rsidR="00BC4B92" w:rsidRPr="008215C4">
        <w:rPr>
          <w:b/>
          <w:bCs/>
        </w:rPr>
        <w:br/>
        <w:t>Firma del/la Investigador/a Beneficiario/a</w:t>
      </w:r>
    </w:p>
    <w:p w14:paraId="2B37F570" w14:textId="47C4AD78" w:rsidR="00B22CF2" w:rsidRDefault="00B22CF2">
      <w:pPr>
        <w:jc w:val="center"/>
      </w:pPr>
    </w:p>
    <w:sectPr w:rsidR="00B22CF2" w:rsidSect="00034616">
      <w:head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62D67D" w14:textId="77777777" w:rsidR="000F1C45" w:rsidRPr="00BC4B92" w:rsidRDefault="000F1C45" w:rsidP="00BC4B92">
      <w:pPr>
        <w:spacing w:after="0" w:line="240" w:lineRule="auto"/>
      </w:pPr>
      <w:r w:rsidRPr="00BC4B92">
        <w:separator/>
      </w:r>
    </w:p>
  </w:endnote>
  <w:endnote w:type="continuationSeparator" w:id="0">
    <w:p w14:paraId="09122946" w14:textId="77777777" w:rsidR="000F1C45" w:rsidRPr="00BC4B92" w:rsidRDefault="000F1C45" w:rsidP="00BC4B92">
      <w:pPr>
        <w:spacing w:after="0" w:line="240" w:lineRule="auto"/>
      </w:pPr>
      <w:r w:rsidRPr="00BC4B9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16D3C3" w14:textId="77777777" w:rsidR="000F1C45" w:rsidRPr="00BC4B92" w:rsidRDefault="000F1C45" w:rsidP="00BC4B92">
      <w:pPr>
        <w:spacing w:after="0" w:line="240" w:lineRule="auto"/>
      </w:pPr>
      <w:r w:rsidRPr="00BC4B92">
        <w:separator/>
      </w:r>
    </w:p>
  </w:footnote>
  <w:footnote w:type="continuationSeparator" w:id="0">
    <w:p w14:paraId="63BA51CE" w14:textId="77777777" w:rsidR="000F1C45" w:rsidRPr="00BC4B92" w:rsidRDefault="000F1C45" w:rsidP="00BC4B92">
      <w:pPr>
        <w:spacing w:after="0" w:line="240" w:lineRule="auto"/>
      </w:pPr>
      <w:r w:rsidRPr="00BC4B9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321F43" w14:textId="3197A28E" w:rsidR="00BC4B92" w:rsidRPr="00BC4B92" w:rsidRDefault="00BC4B92">
    <w:pPr>
      <w:pStyle w:val="Encabezado"/>
    </w:pPr>
    <w:r w:rsidRPr="00BC4B92">
      <w:rPr>
        <w:color w:val="000000"/>
      </w:rPr>
      <w:drawing>
        <wp:anchor distT="0" distB="0" distL="114300" distR="114300" simplePos="0" relativeHeight="251657216" behindDoc="0" locked="0" layoutInCell="1" allowOverlap="1" wp14:anchorId="2143DE0E" wp14:editId="2B1A3B79">
          <wp:simplePos x="0" y="0"/>
          <wp:positionH relativeFrom="margin">
            <wp:posOffset>-142875</wp:posOffset>
          </wp:positionH>
          <wp:positionV relativeFrom="page">
            <wp:posOffset>419100</wp:posOffset>
          </wp:positionV>
          <wp:extent cx="1813560" cy="495935"/>
          <wp:effectExtent l="0" t="0" r="0" b="0"/>
          <wp:wrapTopAndBottom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6491"/>
                  <a:stretch/>
                </pic:blipFill>
                <pic:spPr bwMode="auto">
                  <a:xfrm>
                    <a:off x="0" y="0"/>
                    <a:ext cx="1813560" cy="49593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57997402">
    <w:abstractNumId w:val="8"/>
  </w:num>
  <w:num w:numId="2" w16cid:durableId="763889668">
    <w:abstractNumId w:val="6"/>
  </w:num>
  <w:num w:numId="3" w16cid:durableId="1316910025">
    <w:abstractNumId w:val="5"/>
  </w:num>
  <w:num w:numId="4" w16cid:durableId="1231119224">
    <w:abstractNumId w:val="4"/>
  </w:num>
  <w:num w:numId="5" w16cid:durableId="1437170407">
    <w:abstractNumId w:val="7"/>
  </w:num>
  <w:num w:numId="6" w16cid:durableId="1780907965">
    <w:abstractNumId w:val="3"/>
  </w:num>
  <w:num w:numId="7" w16cid:durableId="1129516229">
    <w:abstractNumId w:val="2"/>
  </w:num>
  <w:num w:numId="8" w16cid:durableId="227035614">
    <w:abstractNumId w:val="1"/>
  </w:num>
  <w:num w:numId="9" w16cid:durableId="471895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F1C45"/>
    <w:rsid w:val="0015074B"/>
    <w:rsid w:val="0029639D"/>
    <w:rsid w:val="00326F90"/>
    <w:rsid w:val="005D6760"/>
    <w:rsid w:val="008215C4"/>
    <w:rsid w:val="00AA1D8D"/>
    <w:rsid w:val="00B22CF2"/>
    <w:rsid w:val="00B47730"/>
    <w:rsid w:val="00BC4B92"/>
    <w:rsid w:val="00CB0664"/>
    <w:rsid w:val="00E2152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DD643DD"/>
  <w14:defaultImageDpi w14:val="300"/>
  <w15:docId w15:val="{5E6D654D-F3FF-47EC-BE17-77C96D56A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lang w:val="es-AR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vnculo">
    <w:name w:val="Hyperlink"/>
    <w:basedOn w:val="Fuentedeprrafopredeter"/>
    <w:uiPriority w:val="99"/>
    <w:unhideWhenUsed/>
    <w:rsid w:val="00BC4B92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BC4B9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yt.rec.uba.ar/wp-content/uploads/Carga-de-informes-por-TAD-para-el-Investigador-.pd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249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1620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MARIA CID</cp:lastModifiedBy>
  <cp:revision>9</cp:revision>
  <dcterms:created xsi:type="dcterms:W3CDTF">2013-12-23T23:15:00Z</dcterms:created>
  <dcterms:modified xsi:type="dcterms:W3CDTF">2026-10-13T14:02:00Z</dcterms:modified>
  <cp:category/>
</cp:coreProperties>
</file>